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C1819" w14:textId="77777777" w:rsidR="00335757" w:rsidRDefault="00DF670D">
      <w:pPr>
        <w:pStyle w:val="Subttulo"/>
      </w:pPr>
      <w:r>
        <w:t>HCFMUSP  |  DIVISÃO DE CLÍNICA UROLÓGICA</w:t>
      </w:r>
    </w:p>
    <w:p w14:paraId="7B9542C2" w14:textId="77777777" w:rsidR="00335757" w:rsidRDefault="00DF670D">
      <w:pPr>
        <w:pStyle w:val="Ttulo"/>
      </w:pPr>
      <w:r>
        <w:t>MODELO DE CURRÍCULO — FELLOWSHIP EM UROLOGIA FUNCIONAL 2027/2028</w:t>
      </w:r>
    </w:p>
    <w:p w14:paraId="282EF7DA" w14:textId="77777777" w:rsidR="00335757" w:rsidRDefault="00DF670D">
      <w:pPr>
        <w:rPr>
          <w:rFonts w:hint="eastAsia"/>
        </w:rPr>
      </w:pPr>
      <w:r>
        <w:t>Formulário para inscrição • Preencher objetivamente; incluir informações verificáveis e listar as atividades mais recentes primeiro.</w:t>
      </w:r>
    </w:p>
    <w:p w14:paraId="2CE724E9" w14:textId="77777777" w:rsidR="00335757" w:rsidRDefault="00DF670D">
      <w:pPr>
        <w:pStyle w:val="Ttulo1"/>
      </w:pPr>
      <w:r>
        <w:t xml:space="preserve">1. </w:t>
      </w:r>
      <w:r>
        <w:t>IDENTIFICAÇÃO E CONTATO</w:t>
      </w:r>
    </w:p>
    <w:p w14:paraId="3A7FD9C2" w14:textId="77777777" w:rsidR="00335757" w:rsidRDefault="00DF670D">
      <w:pPr>
        <w:rPr>
          <w:rFonts w:hint="eastAsia"/>
        </w:rPr>
      </w:pPr>
      <w:r>
        <w:t>Nome completo: __________________________________________________________________________</w:t>
      </w:r>
    </w:p>
    <w:p w14:paraId="55D1BC85" w14:textId="07EDCEF1" w:rsidR="00335757" w:rsidRDefault="00DF670D">
      <w:r>
        <w:t>E-mail: _________________________________________   Telefone/celular: __________________________</w:t>
      </w:r>
    </w:p>
    <w:p w14:paraId="4928A9E0" w14:textId="0F730163" w:rsidR="00E5797B" w:rsidRDefault="00E5797B">
      <w:pPr>
        <w:rPr>
          <w:rFonts w:hint="eastAsia"/>
        </w:rPr>
      </w:pPr>
      <w:r>
        <w:t xml:space="preserve">Data de Nascimento: </w:t>
      </w:r>
      <w:r>
        <w:t>__________________________________________________________________________</w:t>
      </w:r>
    </w:p>
    <w:p w14:paraId="6A3A1A5F" w14:textId="77777777" w:rsidR="00335757" w:rsidRDefault="00DF670D">
      <w:pPr>
        <w:rPr>
          <w:rFonts w:hint="eastAsia"/>
        </w:rPr>
      </w:pPr>
      <w:r>
        <w:t>Cidade/UF (ou país de residência): __________</w:t>
      </w:r>
      <w:r>
        <w:t>________________________________________________</w:t>
      </w:r>
    </w:p>
    <w:p w14:paraId="5212A978" w14:textId="77777777" w:rsidR="00335757" w:rsidRDefault="00DF670D">
      <w:pPr>
        <w:rPr>
          <w:rFonts w:hint="eastAsia"/>
        </w:rPr>
      </w:pPr>
      <w:r>
        <w:t>Link do Currículo Lattes ou ORCID (se disponível): ______________________________________________</w:t>
      </w:r>
    </w:p>
    <w:p w14:paraId="30FC3D35" w14:textId="77777777" w:rsidR="00335757" w:rsidRDefault="00DF670D">
      <w:pPr>
        <w:pStyle w:val="Ttulo1"/>
      </w:pPr>
      <w:r>
        <w:t>2. FORMAÇÃO MÉDICA E RESIDÊNCIA EM UROLOGIA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335757" w14:paraId="7C61CCF8" w14:textId="77777777">
        <w:trPr>
          <w:jc w:val="center"/>
        </w:trPr>
        <w:tc>
          <w:tcPr>
            <w:tcW w:w="3283" w:type="dxa"/>
            <w:shd w:val="clear" w:color="auto" w:fill="E8F0F5"/>
            <w:vAlign w:val="center"/>
          </w:tcPr>
          <w:p w14:paraId="57C4E136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Formação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3700AEFB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Instituição / cidade / país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3045AF46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Período (início–fim)</w:t>
            </w:r>
          </w:p>
        </w:tc>
      </w:tr>
      <w:tr w:rsidR="00335757" w14:paraId="4343CCCB" w14:textId="77777777">
        <w:trPr>
          <w:jc w:val="center"/>
        </w:trPr>
        <w:tc>
          <w:tcPr>
            <w:tcW w:w="3283" w:type="dxa"/>
            <w:vAlign w:val="center"/>
          </w:tcPr>
          <w:p w14:paraId="4F013D4E" w14:textId="51A8984B" w:rsidR="00335757" w:rsidRDefault="00E5797B">
            <w:pPr>
              <w:rPr>
                <w:rFonts w:hint="eastAsia"/>
              </w:rPr>
            </w:pPr>
            <w:r w:rsidRPr="0008767F">
              <w:rPr>
                <w:rFonts w:asciiTheme="minorHAnsi" w:hAnsiTheme="minorHAnsi" w:cstheme="minorHAnsi"/>
                <w:sz w:val="24"/>
                <w:szCs w:val="24"/>
              </w:rPr>
              <w:t>Graduação em medicina</w:t>
            </w:r>
          </w:p>
        </w:tc>
        <w:tc>
          <w:tcPr>
            <w:tcW w:w="3283" w:type="dxa"/>
            <w:vAlign w:val="center"/>
          </w:tcPr>
          <w:p w14:paraId="7D99B2DF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0C70178A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64B9C5C2" w14:textId="77777777">
        <w:trPr>
          <w:jc w:val="center"/>
        </w:trPr>
        <w:tc>
          <w:tcPr>
            <w:tcW w:w="3283" w:type="dxa"/>
            <w:vAlign w:val="center"/>
          </w:tcPr>
          <w:p w14:paraId="1B146269" w14:textId="52A2CDDA" w:rsidR="00335757" w:rsidRDefault="00E5797B">
            <w:pPr>
              <w:rPr>
                <w:rFonts w:hint="eastAsia"/>
              </w:rPr>
            </w:pPr>
            <w:r w:rsidRPr="0008767F">
              <w:rPr>
                <w:rFonts w:asciiTheme="minorHAnsi" w:hAnsiTheme="minorHAnsi" w:cstheme="minorHAnsi"/>
                <w:sz w:val="24"/>
                <w:szCs w:val="24"/>
              </w:rPr>
              <w:t>Residência Cirurgia Geral</w:t>
            </w:r>
          </w:p>
        </w:tc>
        <w:tc>
          <w:tcPr>
            <w:tcW w:w="3283" w:type="dxa"/>
            <w:vAlign w:val="center"/>
          </w:tcPr>
          <w:p w14:paraId="781027BD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1ED17672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6765E6DD" w14:textId="77777777">
        <w:trPr>
          <w:jc w:val="center"/>
        </w:trPr>
        <w:tc>
          <w:tcPr>
            <w:tcW w:w="3283" w:type="dxa"/>
            <w:vAlign w:val="center"/>
          </w:tcPr>
          <w:p w14:paraId="45E49538" w14:textId="35FD7335" w:rsidR="00335757" w:rsidRDefault="00E5797B">
            <w:pPr>
              <w:rPr>
                <w:rFonts w:hint="eastAsia"/>
              </w:rPr>
            </w:pPr>
            <w:r w:rsidRPr="0008767F">
              <w:rPr>
                <w:rFonts w:asciiTheme="minorHAnsi" w:hAnsiTheme="minorHAnsi" w:cstheme="minorHAnsi"/>
                <w:sz w:val="24"/>
                <w:szCs w:val="24"/>
                <w:lang w:val="pt-BR"/>
              </w:rPr>
              <w:t>Residência de Urologia</w:t>
            </w:r>
          </w:p>
        </w:tc>
        <w:tc>
          <w:tcPr>
            <w:tcW w:w="3283" w:type="dxa"/>
            <w:vAlign w:val="center"/>
          </w:tcPr>
          <w:p w14:paraId="6D3D54D7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64ECB197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4262EE85" w14:textId="77777777">
        <w:trPr>
          <w:jc w:val="center"/>
        </w:trPr>
        <w:tc>
          <w:tcPr>
            <w:tcW w:w="3283" w:type="dxa"/>
            <w:vAlign w:val="center"/>
          </w:tcPr>
          <w:p w14:paraId="4B569389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5366D426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2AE5866E" w14:textId="77777777" w:rsidR="00335757" w:rsidRDefault="00335757">
            <w:pPr>
              <w:rPr>
                <w:rFonts w:hint="eastAsia"/>
              </w:rPr>
            </w:pPr>
          </w:p>
        </w:tc>
      </w:tr>
    </w:tbl>
    <w:p w14:paraId="686545DF" w14:textId="77777777" w:rsidR="00335757" w:rsidRDefault="00335757">
      <w:pPr>
        <w:spacing w:after="0"/>
        <w:rPr>
          <w:rFonts w:hint="eastAsia"/>
        </w:rPr>
      </w:pPr>
    </w:p>
    <w:p w14:paraId="103668E3" w14:textId="77777777" w:rsidR="00335757" w:rsidRDefault="00DF670D">
      <w:pPr>
        <w:rPr>
          <w:rFonts w:hint="eastAsia"/>
        </w:rPr>
      </w:pPr>
      <w:r>
        <w:t>Incluir graduação em Medicina, residência em Cirurgia Geral, residência em Urologia e eventuais formações equivalentes no exterior.</w:t>
      </w:r>
    </w:p>
    <w:p w14:paraId="12627D06" w14:textId="77777777" w:rsidR="00335757" w:rsidRDefault="00DF670D">
      <w:pPr>
        <w:pStyle w:val="Ttulo1"/>
      </w:pPr>
      <w:r>
        <w:t>3. TÍTULO DE ESPECIALISTA EM UROLOGIA (TiSBU)</w:t>
      </w:r>
    </w:p>
    <w:p w14:paraId="6762F744" w14:textId="77777777" w:rsidR="00335757" w:rsidRDefault="00DF670D">
      <w:pPr>
        <w:rPr>
          <w:rFonts w:hint="eastAsia"/>
        </w:rPr>
      </w:pPr>
      <w:r>
        <w:t>Possui TiSBU?   ☐ Sim — ano: __________   ☐ Não</w:t>
      </w:r>
    </w:p>
    <w:p w14:paraId="5AB4CC5C" w14:textId="77777777" w:rsidR="00335757" w:rsidRDefault="00DF670D">
      <w:pPr>
        <w:pStyle w:val="Ttulo1"/>
      </w:pPr>
      <w:r>
        <w:t>4. ESTÁGIOS E TREI</w:t>
      </w:r>
      <w:r>
        <w:t>NAMENTOS ADICIONAIS</w:t>
      </w:r>
    </w:p>
    <w:p w14:paraId="6510CB66" w14:textId="77777777" w:rsidR="00335757" w:rsidRDefault="00DF670D">
      <w:pPr>
        <w:rPr>
          <w:rFonts w:hint="eastAsia"/>
        </w:rPr>
      </w:pPr>
      <w:r>
        <w:t>Informar cursos, estágios ou treinamentos com duração mínima de 1 mês (ex.: iniciação científica, estágios em outros serviços).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335757" w14:paraId="639CB32C" w14:textId="77777777">
        <w:trPr>
          <w:jc w:val="center"/>
        </w:trPr>
        <w:tc>
          <w:tcPr>
            <w:tcW w:w="3283" w:type="dxa"/>
            <w:shd w:val="clear" w:color="auto" w:fill="E8F0F5"/>
            <w:vAlign w:val="center"/>
          </w:tcPr>
          <w:p w14:paraId="5057EA0F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Instituição / área de treinamento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57BB31C4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Período e duração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437110C2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Atividades principais</w:t>
            </w:r>
          </w:p>
        </w:tc>
      </w:tr>
      <w:tr w:rsidR="00335757" w14:paraId="250800D0" w14:textId="77777777">
        <w:trPr>
          <w:jc w:val="center"/>
        </w:trPr>
        <w:tc>
          <w:tcPr>
            <w:tcW w:w="3283" w:type="dxa"/>
            <w:vAlign w:val="center"/>
          </w:tcPr>
          <w:p w14:paraId="0D9290E1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4ACCBECF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2BC0F872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7D65082D" w14:textId="77777777">
        <w:trPr>
          <w:jc w:val="center"/>
        </w:trPr>
        <w:tc>
          <w:tcPr>
            <w:tcW w:w="3283" w:type="dxa"/>
            <w:vAlign w:val="center"/>
          </w:tcPr>
          <w:p w14:paraId="3F13E568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7954A94F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3FF0366F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1D687C36" w14:textId="77777777">
        <w:trPr>
          <w:jc w:val="center"/>
        </w:trPr>
        <w:tc>
          <w:tcPr>
            <w:tcW w:w="3283" w:type="dxa"/>
            <w:vAlign w:val="center"/>
          </w:tcPr>
          <w:p w14:paraId="27F7ADF8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63D9D43D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36B01D80" w14:textId="77777777" w:rsidR="00335757" w:rsidRDefault="00335757">
            <w:pPr>
              <w:rPr>
                <w:rFonts w:hint="eastAsia"/>
              </w:rPr>
            </w:pPr>
          </w:p>
        </w:tc>
      </w:tr>
    </w:tbl>
    <w:p w14:paraId="4C71ECBF" w14:textId="77777777" w:rsidR="00335757" w:rsidRDefault="00335757">
      <w:pPr>
        <w:spacing w:after="0"/>
        <w:rPr>
          <w:rFonts w:hint="eastAsia"/>
        </w:rPr>
      </w:pPr>
    </w:p>
    <w:p w14:paraId="49944004" w14:textId="74B6FFE7" w:rsidR="00335757" w:rsidRDefault="00DF670D">
      <w:pPr>
        <w:pStyle w:val="Ttulo1"/>
      </w:pPr>
      <w:r>
        <w:t xml:space="preserve">5. </w:t>
      </w:r>
      <w:r>
        <w:t>EXPERIÊNCIA PROFISSIONAL</w:t>
      </w:r>
    </w:p>
    <w:p w14:paraId="5768B11E" w14:textId="2B84325C" w:rsidR="00335757" w:rsidRDefault="00DF670D">
      <w:pPr>
        <w:rPr>
          <w:rFonts w:hint="eastAsia"/>
        </w:rPr>
      </w:pPr>
      <w:r>
        <w:t>Atuação profissional após a residência</w:t>
      </w:r>
      <w: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335757" w14:paraId="7399763A" w14:textId="77777777">
        <w:trPr>
          <w:jc w:val="center"/>
        </w:trPr>
        <w:tc>
          <w:tcPr>
            <w:tcW w:w="3283" w:type="dxa"/>
            <w:shd w:val="clear" w:color="auto" w:fill="E8F0F5"/>
            <w:vAlign w:val="center"/>
          </w:tcPr>
          <w:p w14:paraId="665FB9AB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Instituição / função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0162B2EF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Período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42773E2F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Atividades e responsabilidades relevantes</w:t>
            </w:r>
          </w:p>
        </w:tc>
      </w:tr>
      <w:tr w:rsidR="00335757" w14:paraId="3AE08943" w14:textId="77777777">
        <w:trPr>
          <w:jc w:val="center"/>
        </w:trPr>
        <w:tc>
          <w:tcPr>
            <w:tcW w:w="3283" w:type="dxa"/>
            <w:vAlign w:val="center"/>
          </w:tcPr>
          <w:p w14:paraId="61597C9D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410E8274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64AF79CD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4669D69B" w14:textId="77777777">
        <w:trPr>
          <w:jc w:val="center"/>
        </w:trPr>
        <w:tc>
          <w:tcPr>
            <w:tcW w:w="3283" w:type="dxa"/>
            <w:vAlign w:val="center"/>
          </w:tcPr>
          <w:p w14:paraId="52FE965F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0BDB9BD9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02F68570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5A1BB0EA" w14:textId="77777777">
        <w:trPr>
          <w:jc w:val="center"/>
        </w:trPr>
        <w:tc>
          <w:tcPr>
            <w:tcW w:w="3283" w:type="dxa"/>
            <w:vAlign w:val="center"/>
          </w:tcPr>
          <w:p w14:paraId="655AC5A3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665CDA13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1326FF45" w14:textId="77777777" w:rsidR="00335757" w:rsidRDefault="00335757">
            <w:pPr>
              <w:rPr>
                <w:rFonts w:hint="eastAsia"/>
              </w:rPr>
            </w:pPr>
          </w:p>
        </w:tc>
      </w:tr>
    </w:tbl>
    <w:p w14:paraId="735ED958" w14:textId="77777777" w:rsidR="00335757" w:rsidRDefault="00335757">
      <w:pPr>
        <w:spacing w:after="0"/>
        <w:rPr>
          <w:rFonts w:hint="eastAsia"/>
        </w:rPr>
      </w:pPr>
    </w:p>
    <w:p w14:paraId="18C50B18" w14:textId="77777777" w:rsidR="00335757" w:rsidRDefault="00DF670D">
      <w:pPr>
        <w:pStyle w:val="Ttulo1"/>
      </w:pPr>
      <w:r>
        <w:t>6. PARTICIPAÇÃO EM PROJETOS DE PESQUISA</w:t>
      </w:r>
    </w:p>
    <w:p w14:paraId="5A475097" w14:textId="77777777" w:rsidR="00335757" w:rsidRDefault="00DF670D">
      <w:pPr>
        <w:rPr>
          <w:rFonts w:hint="eastAsia"/>
        </w:rPr>
      </w:pPr>
      <w:r>
        <w:t xml:space="preserve">Incluir projetos concluídos ou em andamento, mesmo quando ainda não tenham resultado em </w:t>
      </w:r>
      <w:r>
        <w:t>publicação.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335757" w14:paraId="10494309" w14:textId="77777777">
        <w:trPr>
          <w:jc w:val="center"/>
        </w:trPr>
        <w:tc>
          <w:tcPr>
            <w:tcW w:w="3283" w:type="dxa"/>
            <w:shd w:val="clear" w:color="auto" w:fill="E8F0F5"/>
            <w:vAlign w:val="center"/>
          </w:tcPr>
          <w:p w14:paraId="7CEB8585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Projeto / tema e instituição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726E4942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Período / situação</w:t>
            </w:r>
          </w:p>
        </w:tc>
        <w:tc>
          <w:tcPr>
            <w:tcW w:w="3283" w:type="dxa"/>
            <w:shd w:val="clear" w:color="auto" w:fill="E8F0F5"/>
            <w:vAlign w:val="center"/>
          </w:tcPr>
          <w:p w14:paraId="0BFD5241" w14:textId="77777777" w:rsidR="00335757" w:rsidRDefault="00DF670D">
            <w:pPr>
              <w:rPr>
                <w:rFonts w:hint="eastAsia"/>
              </w:rPr>
            </w:pPr>
            <w:r>
              <w:rPr>
                <w:b/>
              </w:rPr>
              <w:t>Orientador e contribuição do candidato</w:t>
            </w:r>
          </w:p>
        </w:tc>
      </w:tr>
      <w:tr w:rsidR="00335757" w14:paraId="37DCFA97" w14:textId="77777777">
        <w:trPr>
          <w:jc w:val="center"/>
        </w:trPr>
        <w:tc>
          <w:tcPr>
            <w:tcW w:w="3283" w:type="dxa"/>
            <w:vAlign w:val="center"/>
          </w:tcPr>
          <w:p w14:paraId="659D6551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6244C557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0353908C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1EDB78E5" w14:textId="77777777">
        <w:trPr>
          <w:jc w:val="center"/>
        </w:trPr>
        <w:tc>
          <w:tcPr>
            <w:tcW w:w="3283" w:type="dxa"/>
            <w:vAlign w:val="center"/>
          </w:tcPr>
          <w:p w14:paraId="33864162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408724DE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1B9E3171" w14:textId="77777777" w:rsidR="00335757" w:rsidRDefault="00335757">
            <w:pPr>
              <w:rPr>
                <w:rFonts w:hint="eastAsia"/>
              </w:rPr>
            </w:pPr>
          </w:p>
        </w:tc>
      </w:tr>
      <w:tr w:rsidR="00335757" w14:paraId="3442D60A" w14:textId="77777777">
        <w:trPr>
          <w:jc w:val="center"/>
        </w:trPr>
        <w:tc>
          <w:tcPr>
            <w:tcW w:w="3283" w:type="dxa"/>
            <w:vAlign w:val="center"/>
          </w:tcPr>
          <w:p w14:paraId="64B9AF8C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42907D34" w14:textId="77777777" w:rsidR="00335757" w:rsidRDefault="00335757">
            <w:pPr>
              <w:rPr>
                <w:rFonts w:hint="eastAsia"/>
              </w:rPr>
            </w:pPr>
          </w:p>
        </w:tc>
        <w:tc>
          <w:tcPr>
            <w:tcW w:w="3283" w:type="dxa"/>
            <w:vAlign w:val="center"/>
          </w:tcPr>
          <w:p w14:paraId="3C200A95" w14:textId="77777777" w:rsidR="00335757" w:rsidRDefault="00335757">
            <w:pPr>
              <w:rPr>
                <w:rFonts w:hint="eastAsia"/>
              </w:rPr>
            </w:pPr>
          </w:p>
        </w:tc>
      </w:tr>
    </w:tbl>
    <w:p w14:paraId="031A044B" w14:textId="77777777" w:rsidR="00335757" w:rsidRDefault="00335757">
      <w:pPr>
        <w:spacing w:after="0"/>
        <w:rPr>
          <w:rFonts w:hint="eastAsia"/>
        </w:rPr>
      </w:pPr>
    </w:p>
    <w:p w14:paraId="18236FBD" w14:textId="77777777" w:rsidR="00335757" w:rsidRDefault="00DF670D">
      <w:pPr>
        <w:pStyle w:val="Ttulo1"/>
      </w:pPr>
      <w:r>
        <w:t>7. PRODUÇÃO CIENTÍFICA</w:t>
      </w:r>
    </w:p>
    <w:p w14:paraId="22826BDF" w14:textId="098CCD90" w:rsidR="00335757" w:rsidRDefault="00DF670D">
      <w:pPr>
        <w:rPr>
          <w:rFonts w:hint="eastAsia"/>
        </w:rPr>
      </w:pPr>
      <w:r>
        <w:t xml:space="preserve">Listar </w:t>
      </w:r>
      <w:r>
        <w:t xml:space="preserve">utilizando referência bibliográfica completa. Diferenciar trabalhos </w:t>
      </w:r>
      <w:r>
        <w:t>publicados dos aceitos para publicação.</w:t>
      </w:r>
      <w:r w:rsidR="00E5797B">
        <w:t xml:space="preserve"> Observar exemplos a seguir. </w:t>
      </w:r>
    </w:p>
    <w:p w14:paraId="19C115B4" w14:textId="77777777" w:rsidR="00E5797B" w:rsidRPr="0008767F" w:rsidRDefault="00E5797B" w:rsidP="00E5797B">
      <w:pPr>
        <w:pStyle w:val="Achievement"/>
        <w:pBdr>
          <w:left w:val="none" w:sz="0" w:space="0" w:color="auto"/>
        </w:pBdr>
        <w:spacing w:after="0"/>
        <w:rPr>
          <w:rFonts w:asciiTheme="minorHAnsi" w:hAnsiTheme="minorHAnsi" w:cstheme="minorHAnsi"/>
          <w:b/>
          <w:sz w:val="24"/>
          <w:szCs w:val="24"/>
          <w:lang w:val="pt-BR"/>
        </w:rPr>
      </w:pPr>
      <w:r w:rsidRPr="0008767F">
        <w:rPr>
          <w:rFonts w:asciiTheme="minorHAnsi" w:hAnsiTheme="minorHAnsi" w:cstheme="minorHAnsi"/>
          <w:b/>
          <w:sz w:val="24"/>
          <w:szCs w:val="24"/>
          <w:lang w:val="pt-BR"/>
        </w:rPr>
        <w:t xml:space="preserve">TRABALHOS CIENTÍFICOS PUBLICADOS: </w:t>
      </w:r>
    </w:p>
    <w:p w14:paraId="4DFA7B25" w14:textId="77777777" w:rsidR="00E5797B" w:rsidRPr="0008767F" w:rsidRDefault="00E5797B" w:rsidP="00E5797B">
      <w:pPr>
        <w:pStyle w:val="PargrafodaLista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cstheme="minorHAnsi"/>
          <w:b/>
          <w:color w:val="212121"/>
          <w:shd w:val="clear" w:color="auto" w:fill="FFFFFF"/>
          <w:lang w:val="pt-BR"/>
        </w:rPr>
      </w:pPr>
      <w:r w:rsidRPr="0008767F">
        <w:rPr>
          <w:rFonts w:cstheme="minorHAnsi"/>
          <w:lang w:val="pt-BR"/>
        </w:rPr>
        <w:t>COAUTOR DA</w:t>
      </w:r>
      <w:r w:rsidRPr="0008767F">
        <w:rPr>
          <w:rStyle w:val="Forte"/>
          <w:rFonts w:cstheme="minorHAnsi"/>
          <w:bdr w:val="none" w:sz="0" w:space="0" w:color="auto" w:frame="1"/>
          <w:shd w:val="clear" w:color="auto" w:fill="FFFFFF"/>
          <w:lang w:val="pt-BR"/>
        </w:rPr>
        <w:t xml:space="preserve"> PUBLICAÇÃO: </w:t>
      </w:r>
      <w:r w:rsidRPr="0008767F">
        <w:rPr>
          <w:rFonts w:cstheme="minorHAnsi"/>
          <w:b/>
          <w:bCs/>
          <w:lang w:val="pt-BR"/>
        </w:rPr>
        <w:t>Gomes CM</w:t>
      </w:r>
      <w:r w:rsidRPr="0008767F">
        <w:rPr>
          <w:rFonts w:cstheme="minorHAnsi"/>
          <w:lang w:val="pt-BR"/>
        </w:rPr>
        <w:t xml:space="preserve">, Hisano M, Machado LR, Figueiredo JA, Lucon AM, Trigo-Rocha FE. </w:t>
      </w:r>
      <w:r w:rsidRPr="0008767F">
        <w:rPr>
          <w:rFonts w:cstheme="minorHAnsi"/>
        </w:rPr>
        <w:t xml:space="preserve">Urological manifestations of chronic schistosomal myeloradiculopathy. </w:t>
      </w:r>
      <w:r w:rsidRPr="0008767F">
        <w:rPr>
          <w:rFonts w:cstheme="minorHAnsi"/>
          <w:i/>
        </w:rPr>
        <w:t xml:space="preserve">BJU Int. </w:t>
      </w:r>
      <w:r w:rsidRPr="0008767F">
        <w:rPr>
          <w:rFonts w:cstheme="minorHAnsi"/>
        </w:rPr>
        <w:t>2005;96(6):853-856</w:t>
      </w:r>
      <w:r w:rsidRPr="0008767F">
        <w:rPr>
          <w:rFonts w:cstheme="minorHAnsi"/>
          <w:color w:val="212121"/>
          <w:shd w:val="clear" w:color="auto" w:fill="FFFFFF"/>
          <w:lang w:val="pt-BR"/>
        </w:rPr>
        <w:t>.</w:t>
      </w:r>
    </w:p>
    <w:p w14:paraId="1D531D20" w14:textId="77777777" w:rsidR="00E5797B" w:rsidRPr="0008767F" w:rsidRDefault="00E5797B" w:rsidP="00E5797B">
      <w:pPr>
        <w:shd w:val="clear" w:color="auto" w:fill="FFFFFF"/>
        <w:rPr>
          <w:rFonts w:asciiTheme="minorHAnsi" w:hAnsiTheme="minorHAnsi" w:cstheme="minorHAnsi"/>
          <w:b/>
          <w:color w:val="212121"/>
          <w:shd w:val="clear" w:color="auto" w:fill="FFFFFF"/>
        </w:rPr>
      </w:pPr>
    </w:p>
    <w:p w14:paraId="6D29D8EE" w14:textId="77777777" w:rsidR="00E5797B" w:rsidRPr="0008767F" w:rsidRDefault="00E5797B" w:rsidP="00E5797B">
      <w:pPr>
        <w:pStyle w:val="Achievement"/>
        <w:pBdr>
          <w:left w:val="none" w:sz="0" w:space="0" w:color="auto"/>
        </w:pBdr>
        <w:spacing w:after="0"/>
        <w:rPr>
          <w:rFonts w:asciiTheme="minorHAnsi" w:hAnsiTheme="minorHAnsi" w:cstheme="minorHAnsi"/>
          <w:b/>
          <w:sz w:val="24"/>
          <w:szCs w:val="24"/>
          <w:lang w:val="pt-BR"/>
        </w:rPr>
      </w:pPr>
      <w:r w:rsidRPr="0008767F">
        <w:rPr>
          <w:rFonts w:asciiTheme="minorHAnsi" w:hAnsiTheme="minorHAnsi" w:cstheme="minorHAnsi"/>
          <w:b/>
          <w:sz w:val="24"/>
          <w:szCs w:val="24"/>
          <w:lang w:val="pt-BR"/>
        </w:rPr>
        <w:t>TRABALHOS CIENTÍFICOS APRESENTADOS EM CONGRESSOS:</w:t>
      </w:r>
    </w:p>
    <w:p w14:paraId="79741B04" w14:textId="77777777" w:rsidR="00E5797B" w:rsidRDefault="00E5797B" w:rsidP="00E5797B">
      <w:pPr>
        <w:pStyle w:val="PargrafodaLista"/>
        <w:numPr>
          <w:ilvl w:val="0"/>
          <w:numId w:val="10"/>
        </w:numPr>
        <w:spacing w:after="0" w:line="240" w:lineRule="auto"/>
        <w:ind w:left="0" w:firstLine="0"/>
        <w:rPr>
          <w:rFonts w:cstheme="minorHAnsi"/>
        </w:rPr>
      </w:pPr>
      <w:r w:rsidRPr="0008767F">
        <w:rPr>
          <w:rFonts w:cstheme="minorHAnsi"/>
          <w:lang w:val="pt-BR"/>
        </w:rPr>
        <w:t xml:space="preserve">Exposição de trabalho científico, na apresentação PÔSTER, sob o título:  </w:t>
      </w:r>
      <w:r w:rsidRPr="0008767F">
        <w:rPr>
          <w:rFonts w:cstheme="minorHAnsi"/>
          <w:b/>
          <w:bCs/>
          <w:lang w:val="pt-BR"/>
        </w:rPr>
        <w:t>Correlation of functional independence and sexual dysfunction in men with spinal cord injury</w:t>
      </w:r>
      <w:r w:rsidRPr="0008767F">
        <w:rPr>
          <w:rFonts w:cstheme="minorHAnsi"/>
          <w:lang w:val="pt-BR"/>
        </w:rPr>
        <w:t xml:space="preserve">. </w:t>
      </w:r>
      <w:r w:rsidRPr="0008767F">
        <w:rPr>
          <w:rFonts w:cstheme="minorHAnsi"/>
        </w:rPr>
        <w:t xml:space="preserve">Castro Filho JE, Souza DR, Carvalho F, Castro AW, Abdo C, </w:t>
      </w:r>
      <w:r w:rsidRPr="0008767F">
        <w:rPr>
          <w:rFonts w:cstheme="minorHAnsi"/>
          <w:b/>
        </w:rPr>
        <w:t>Gomes CM</w:t>
      </w:r>
      <w:r w:rsidRPr="0008767F">
        <w:rPr>
          <w:rFonts w:cstheme="minorHAnsi"/>
        </w:rPr>
        <w:t xml:space="preserve">, Bruschini H, </w:t>
      </w:r>
      <w:r w:rsidRPr="0008767F">
        <w:rPr>
          <w:rFonts w:cstheme="minorHAnsi"/>
          <w:bCs/>
        </w:rPr>
        <w:t xml:space="preserve">Srougi M. Apresentado no </w:t>
      </w:r>
      <w:r w:rsidRPr="0008767F">
        <w:rPr>
          <w:rFonts w:cstheme="minorHAnsi"/>
          <w:iCs/>
        </w:rPr>
        <w:t xml:space="preserve">XXXIII Congresso Brasileiro de Urologia, promovido pela Sociedade Brasileira de Urologia, Florianópolis, SC, </w:t>
      </w:r>
      <w:smartTag w:uri="urn:schemas-microsoft-com:office:smarttags" w:element="metricconverter">
        <w:smartTagPr>
          <w:attr w:name="ProductID" w:val="22 a"/>
        </w:smartTagPr>
        <w:r w:rsidRPr="0008767F">
          <w:rPr>
            <w:rFonts w:cstheme="minorHAnsi"/>
          </w:rPr>
          <w:t>22 a</w:t>
        </w:r>
      </w:smartTag>
      <w:r w:rsidRPr="0008767F">
        <w:rPr>
          <w:rFonts w:cstheme="minorHAnsi"/>
        </w:rPr>
        <w:t xml:space="preserve"> 26 de novembro de 2011</w:t>
      </w:r>
    </w:p>
    <w:p w14:paraId="763D72B1" w14:textId="77777777" w:rsidR="00E5797B" w:rsidRPr="0008767F" w:rsidRDefault="00E5797B" w:rsidP="00E5797B">
      <w:pPr>
        <w:rPr>
          <w:rFonts w:cstheme="minorHAnsi"/>
        </w:rPr>
      </w:pPr>
    </w:p>
    <w:p w14:paraId="2E65F573" w14:textId="77777777" w:rsidR="00E5797B" w:rsidRPr="0008767F" w:rsidRDefault="00E5797B" w:rsidP="00E5797B">
      <w:pPr>
        <w:pStyle w:val="PargrafodaLista"/>
        <w:numPr>
          <w:ilvl w:val="0"/>
          <w:numId w:val="10"/>
        </w:numPr>
        <w:spacing w:after="0" w:line="240" w:lineRule="auto"/>
        <w:ind w:left="0" w:firstLine="0"/>
        <w:rPr>
          <w:rFonts w:cstheme="minorHAnsi"/>
          <w:lang w:val="pt-BR"/>
        </w:rPr>
      </w:pPr>
      <w:r w:rsidRPr="0008767F">
        <w:rPr>
          <w:rFonts w:cstheme="minorHAnsi"/>
          <w:lang w:val="pt-BR"/>
        </w:rPr>
        <w:t>AUTOR DE APRESENTAÇÃO ORAL (PODIUM) do Trabalho Científico intitulado:</w:t>
      </w:r>
    </w:p>
    <w:p w14:paraId="18860E14" w14:textId="77777777" w:rsidR="00E5797B" w:rsidRPr="0008767F" w:rsidRDefault="00E5797B" w:rsidP="00E5797B">
      <w:pPr>
        <w:rPr>
          <w:rFonts w:asciiTheme="minorHAnsi" w:hAnsiTheme="minorHAnsi" w:cstheme="minorHAnsi"/>
          <w:b/>
        </w:rPr>
      </w:pPr>
      <w:r w:rsidRPr="0008767F">
        <w:rPr>
          <w:rFonts w:asciiTheme="minorHAnsi" w:hAnsiTheme="minorHAnsi" w:cstheme="minorHAnsi"/>
          <w:b/>
        </w:rPr>
        <w:t xml:space="preserve">Uso do nomograma de Schafer para diagnosticar a obstrução infravesical em pacientes com doença de Parkinson e sintomas do trato urinário inferior </w:t>
      </w:r>
      <w:r w:rsidRPr="0008767F">
        <w:rPr>
          <w:rFonts w:asciiTheme="minorHAnsi" w:hAnsiTheme="minorHAnsi" w:cstheme="minorHAnsi"/>
        </w:rPr>
        <w:t xml:space="preserve">[Pódium PD34]. Sammour ZM, </w:t>
      </w:r>
      <w:r w:rsidRPr="0008767F">
        <w:rPr>
          <w:rFonts w:asciiTheme="minorHAnsi" w:hAnsiTheme="minorHAnsi" w:cstheme="minorHAnsi"/>
          <w:b/>
        </w:rPr>
        <w:t>Gomes CM</w:t>
      </w:r>
      <w:r w:rsidRPr="0008767F">
        <w:rPr>
          <w:rFonts w:asciiTheme="minorHAnsi" w:hAnsiTheme="minorHAnsi" w:cstheme="minorHAnsi"/>
        </w:rPr>
        <w:t xml:space="preserve">, Bessa Jr J, Pinheiro MS, Trigo Rocha FE, Bruschini H, Srougi M. Apresentado no 32º Congresso Brasileiro de Urologia, promovido pela Sociedade Brasileira de Urologia, Goiânia, GO, </w:t>
      </w:r>
      <w:smartTag w:uri="urn:schemas-microsoft-com:office:smarttags" w:element="metricconverter">
        <w:smartTagPr>
          <w:attr w:name="ProductID" w:val="7 a"/>
        </w:smartTagPr>
        <w:r w:rsidRPr="0008767F">
          <w:rPr>
            <w:rFonts w:asciiTheme="minorHAnsi" w:hAnsiTheme="minorHAnsi" w:cstheme="minorHAnsi"/>
          </w:rPr>
          <w:t>7 a</w:t>
        </w:r>
      </w:smartTag>
      <w:r w:rsidRPr="0008767F">
        <w:rPr>
          <w:rFonts w:asciiTheme="minorHAnsi" w:hAnsiTheme="minorHAnsi" w:cstheme="minorHAnsi"/>
        </w:rPr>
        <w:t xml:space="preserve"> 11 de novembro de 2009</w:t>
      </w:r>
    </w:p>
    <w:p w14:paraId="69D6CBD0" w14:textId="77777777" w:rsidR="00E5797B" w:rsidRPr="0008767F" w:rsidRDefault="00E5797B" w:rsidP="00E5797B">
      <w:pPr>
        <w:pStyle w:val="Achievement"/>
        <w:pBdr>
          <w:left w:val="none" w:sz="0" w:space="0" w:color="auto"/>
        </w:pBdr>
        <w:spacing w:after="0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14:paraId="7055CD64" w14:textId="77777777" w:rsidR="00E5797B" w:rsidRPr="0008767F" w:rsidRDefault="00E5797B" w:rsidP="00E5797B">
      <w:pPr>
        <w:pStyle w:val="Achievement"/>
        <w:pBdr>
          <w:left w:val="none" w:sz="0" w:space="0" w:color="auto"/>
        </w:pBdr>
        <w:spacing w:after="0"/>
        <w:rPr>
          <w:rFonts w:asciiTheme="minorHAnsi" w:hAnsiTheme="minorHAnsi" w:cstheme="minorHAnsi"/>
          <w:b/>
          <w:sz w:val="24"/>
          <w:szCs w:val="24"/>
          <w:lang w:val="pt-BR"/>
        </w:rPr>
      </w:pPr>
      <w:r w:rsidRPr="0008767F">
        <w:rPr>
          <w:rFonts w:asciiTheme="minorHAnsi" w:hAnsiTheme="minorHAnsi" w:cstheme="minorHAnsi"/>
          <w:b/>
          <w:sz w:val="24"/>
          <w:szCs w:val="24"/>
          <w:lang w:val="pt-BR"/>
        </w:rPr>
        <w:t>CAPÍTULOS DE LIVROS:</w:t>
      </w:r>
    </w:p>
    <w:p w14:paraId="26B56593" w14:textId="77777777" w:rsidR="00E5797B" w:rsidRPr="0008767F" w:rsidRDefault="00E5797B" w:rsidP="00E5797B">
      <w:pPr>
        <w:tabs>
          <w:tab w:val="right" w:pos="540"/>
          <w:tab w:val="left" w:pos="720"/>
        </w:tabs>
        <w:rPr>
          <w:rFonts w:asciiTheme="minorHAnsi" w:hAnsiTheme="minorHAnsi" w:cstheme="minorHAnsi"/>
          <w:lang w:eastAsia="pt-BR"/>
        </w:rPr>
      </w:pPr>
    </w:p>
    <w:p w14:paraId="18066FC7" w14:textId="77777777" w:rsidR="00E5797B" w:rsidRPr="0008767F" w:rsidRDefault="00E5797B" w:rsidP="00E5797B">
      <w:pPr>
        <w:pStyle w:val="PargrafodaLista"/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cstheme="minorHAnsi"/>
          <w:b/>
          <w:color w:val="212121"/>
          <w:shd w:val="clear" w:color="auto" w:fill="FFFFFF"/>
          <w:lang w:val="pt-BR"/>
        </w:rPr>
      </w:pPr>
      <w:r w:rsidRPr="0008767F">
        <w:rPr>
          <w:rFonts w:cstheme="minorHAnsi"/>
          <w:lang w:val="pt-BR"/>
        </w:rPr>
        <w:t>COAUTOR DO CAPÍTULO DE LIVRO</w:t>
      </w:r>
      <w:r w:rsidRPr="0008767F">
        <w:rPr>
          <w:rStyle w:val="Forte"/>
          <w:rFonts w:cstheme="minorHAnsi"/>
          <w:bdr w:val="none" w:sz="0" w:space="0" w:color="auto" w:frame="1"/>
          <w:shd w:val="clear" w:color="auto" w:fill="FFFFFF"/>
          <w:lang w:val="pt-BR"/>
        </w:rPr>
        <w:t xml:space="preserve">: </w:t>
      </w:r>
      <w:r w:rsidRPr="0008767F">
        <w:rPr>
          <w:rFonts w:cstheme="minorHAnsi"/>
          <w:b/>
          <w:lang w:val="pt-BR"/>
        </w:rPr>
        <w:t>Gomes CM</w:t>
      </w:r>
      <w:r w:rsidRPr="0008767F">
        <w:rPr>
          <w:rFonts w:cstheme="minorHAnsi"/>
          <w:lang w:val="pt-BR"/>
        </w:rPr>
        <w:t xml:space="preserve">, Bellucci CHS, Pinheiro MS. </w:t>
      </w:r>
      <w:r w:rsidRPr="0008767F">
        <w:rPr>
          <w:rFonts w:cstheme="minorHAnsi"/>
        </w:rPr>
        <w:t>Anatomia e fisiologia da micção. In: Reis RB, Zequi SC, Zerati Filho M, editores. Urologia moderna. São Paulo: Sociedade Brasileira de Urologia; Lemar; 2013. p.89-95</w:t>
      </w:r>
    </w:p>
    <w:p w14:paraId="49FAE1AF" w14:textId="77777777" w:rsidR="00E5797B" w:rsidRPr="0008767F" w:rsidRDefault="00E5797B" w:rsidP="00E5797B">
      <w:pPr>
        <w:tabs>
          <w:tab w:val="right" w:pos="540"/>
          <w:tab w:val="left" w:pos="720"/>
        </w:tabs>
        <w:rPr>
          <w:rFonts w:asciiTheme="minorHAnsi" w:hAnsiTheme="minorHAnsi" w:cstheme="minorHAnsi"/>
          <w:lang w:eastAsia="pt-BR"/>
        </w:rPr>
      </w:pPr>
    </w:p>
    <w:p w14:paraId="740D274A" w14:textId="344E0A5F" w:rsidR="00335757" w:rsidRDefault="00DF670D">
      <w:pPr>
        <w:pStyle w:val="Ttulo1"/>
      </w:pPr>
      <w:r>
        <w:t>8. OUTRAS ATIVIDADES ACADÊMICAS RELEVANTES</w:t>
      </w:r>
    </w:p>
    <w:p w14:paraId="37A92D1B" w14:textId="77777777" w:rsidR="00335757" w:rsidRDefault="00DF670D">
      <w:pPr>
        <w:rPr>
          <w:rFonts w:hint="eastAsia"/>
        </w:rPr>
      </w:pPr>
      <w:r>
        <w:t>Atividades de ensino, monitoria, organização científica, premiações ou outras contribuições pertinentes (evitar lista extensa de participaçõ</w:t>
      </w:r>
      <w:r>
        <w:t>es passivas em eventos).</w:t>
      </w:r>
    </w:p>
    <w:p w14:paraId="70343BF3" w14:textId="77777777" w:rsidR="00335757" w:rsidRDefault="00DF670D">
      <w:pPr>
        <w:rPr>
          <w:rFonts w:hint="eastAsia"/>
        </w:rPr>
      </w:pPr>
      <w:r>
        <w:t>_______________________________________________________________________________________</w:t>
      </w:r>
    </w:p>
    <w:p w14:paraId="1EECBCA2" w14:textId="77777777" w:rsidR="00335757" w:rsidRDefault="00DF670D">
      <w:pPr>
        <w:rPr>
          <w:rFonts w:hint="eastAsia"/>
        </w:rPr>
      </w:pPr>
      <w:r>
        <w:t>_______________________________________________________________________________________</w:t>
      </w:r>
    </w:p>
    <w:p w14:paraId="7B0D674B" w14:textId="77777777" w:rsidR="00335757" w:rsidRDefault="00DF670D">
      <w:pPr>
        <w:rPr>
          <w:rFonts w:hint="eastAsia"/>
        </w:rPr>
      </w:pPr>
      <w:r>
        <w:t xml:space="preserve">Observação: objetivos profissionais e </w:t>
      </w:r>
      <w:r>
        <w:t>motivação para o Fellowship deverão ser apresentados na carta de interesse, encaminhada separadamente.</w:t>
      </w:r>
    </w:p>
    <w:sectPr w:rsidR="00335757" w:rsidSect="00034616">
      <w:footerReference w:type="default" r:id="rId8"/>
      <w:pgSz w:w="12240" w:h="15840"/>
      <w:pgMar w:top="1037" w:right="1195" w:bottom="979" w:left="119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51F19" w14:textId="77777777" w:rsidR="00DF670D" w:rsidRDefault="00DF670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8274427" w14:textId="77777777" w:rsidR="00DF670D" w:rsidRDefault="00DF670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F5328" w14:textId="77777777" w:rsidR="00335757" w:rsidRDefault="00DF670D">
    <w:pPr>
      <w:pStyle w:val="Rodap"/>
      <w:jc w:val="center"/>
      <w:rPr>
        <w:rFonts w:hint="eastAsia"/>
      </w:rPr>
    </w:pPr>
    <w:r>
      <w:t>Divisão de Clínica Urológica • HCFMUSP  |  Modelo de currículo para candidatura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08C2B" w14:textId="77777777" w:rsidR="00DF670D" w:rsidRDefault="00DF670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C98B5A" w14:textId="77777777" w:rsidR="00DF670D" w:rsidRDefault="00DF670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0D266E"/>
    <w:multiLevelType w:val="hybridMultilevel"/>
    <w:tmpl w:val="964434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13CAE"/>
    <w:multiLevelType w:val="hybridMultilevel"/>
    <w:tmpl w:val="9C54B0F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E1D90"/>
    <w:multiLevelType w:val="hybridMultilevel"/>
    <w:tmpl w:val="B7BE6CFE"/>
    <w:lvl w:ilvl="0" w:tplc="A50C43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757"/>
    <w:rsid w:val="00AA1D8D"/>
    <w:rsid w:val="00B47730"/>
    <w:rsid w:val="00CB0664"/>
    <w:rsid w:val="00DF670D"/>
    <w:rsid w:val="00E579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24BADA"/>
  <w14:defaultImageDpi w14:val="300"/>
  <w15:docId w15:val="{DF9D4394-78DA-4CC2-AE8A-3EAA46EF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34160"/>
      <w:sz w:val="2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34160"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hievement">
    <w:name w:val="Achievement"/>
    <w:basedOn w:val="Normal"/>
    <w:rsid w:val="00E5797B"/>
    <w:pPr>
      <w:pBdr>
        <w:left w:val="single" w:sz="6" w:space="5" w:color="auto"/>
      </w:pBdr>
      <w:spacing w:after="80" w:line="240" w:lineRule="auto"/>
    </w:pPr>
    <w:rPr>
      <w:rFonts w:ascii="Century Schoolbook" w:eastAsia="Times New Roman" w:hAnsi="Century Schoolbook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Cristiano M. Gomes</cp:lastModifiedBy>
  <cp:revision>2</cp:revision>
  <dcterms:created xsi:type="dcterms:W3CDTF">2013-12-23T23:15:00Z</dcterms:created>
  <dcterms:modified xsi:type="dcterms:W3CDTF">2026-10-27T15:57:00Z</dcterms:modified>
  <cp:category/>
</cp:coreProperties>
</file>